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Moon Skin Clinic</w:t>
      </w:r>
    </w:p>
    <w:p>
      <w:pPr>
        <w:pStyle w:val="Heading1"/>
      </w:pPr>
      <w:r>
        <w:t>Beauty Therapist Application Form</w:t>
      </w:r>
    </w:p>
    <w:p>
      <w:pPr>
        <w:pStyle w:val="Heading2"/>
      </w:pPr>
      <w:r>
        <w:t>Personal Information</w:t>
      </w:r>
    </w:p>
    <w:p>
      <w:r>
        <w:t>Full Name: __________________________</w:t>
      </w:r>
    </w:p>
    <w:p>
      <w:r>
        <w:t>Age: __________________________</w:t>
      </w:r>
    </w:p>
    <w:p>
      <w:r>
        <w:t>Phone: __________________________</w:t>
      </w:r>
    </w:p>
    <w:p>
      <w:r>
        <w:t>Email: __________________________</w:t>
      </w:r>
    </w:p>
    <w:p>
      <w:r>
        <w:t>Residential Area (Suburb): __________________________</w:t>
      </w:r>
    </w:p>
    <w:p>
      <w:r>
        <w:t>Driver Licence: ☐ Yes ☐ No</w:t>
      </w:r>
    </w:p>
    <w:p>
      <w:r>
        <w:t>Licence Type: ☐ Full ☐ Provisional</w:t>
      </w:r>
    </w:p>
    <w:p>
      <w:r>
        <w:t>Do you have a car? ☐ Yes ☐ No</w:t>
      </w:r>
    </w:p>
    <w:p>
      <w:pPr>
        <w:pStyle w:val="Heading2"/>
      </w:pPr>
      <w:r>
        <w:t>Work Preference</w:t>
      </w:r>
    </w:p>
    <w:p>
      <w:r>
        <w:t>Preferred Work Type: ☐ Full-time (5 days/week) ☐ Part-time (3 days/week) ☐ Casual</w:t>
      </w:r>
    </w:p>
    <w:p>
      <w:r>
        <w:t>Preferred Working Days: ☐ Mon ☐ Tue ☐ Wed ☐ Thu ☐ Fri ☐ Sat ☐ Sun</w:t>
      </w:r>
    </w:p>
    <w:p>
      <w:r>
        <w:t>Available Start Date: __________________________</w:t>
      </w:r>
    </w:p>
    <w:p>
      <w:pPr>
        <w:pStyle w:val="Heading2"/>
      </w:pPr>
      <w:r>
        <w:t>Language Ability</w:t>
      </w:r>
    </w:p>
    <w:p>
      <w:r>
        <w:t>Primary Language: __________________________</w:t>
      </w:r>
    </w:p>
    <w:p>
      <w:r>
        <w:t>English Level: ☐ Basic ☐ IELTS 5 ☐ IELTS 6+</w:t>
      </w:r>
    </w:p>
    <w:p>
      <w:r>
        <w:t>Other Languages: __________________________</w:t>
      </w:r>
    </w:p>
    <w:p>
      <w:pPr>
        <w:pStyle w:val="Heading2"/>
      </w:pPr>
      <w:r>
        <w:t>Visa Status</w:t>
      </w:r>
    </w:p>
    <w:p>
      <w:r>
        <w:t>Visa Type: __________________________</w:t>
      </w:r>
    </w:p>
    <w:p>
      <w:r>
        <w:t>Visa Expiry Date: __________________________</w:t>
      </w:r>
    </w:p>
    <w:p>
      <w:r>
        <w:t>☐ Visa valid more than 2 years</w:t>
      </w:r>
    </w:p>
    <w:p>
      <w:r>
        <w:t>☐ PR / Australian Citizen</w:t>
      </w:r>
    </w:p>
    <w:p>
      <w:pPr>
        <w:pStyle w:val="Heading2"/>
      </w:pPr>
      <w:r>
        <w:t>Professional Certificates</w:t>
      </w:r>
    </w:p>
    <w:p>
      <w:r>
        <w:t>☐ Beauty Therapy Certificate</w:t>
      </w:r>
    </w:p>
    <w:p>
      <w:r>
        <w:t>☐ Hair Removal Certificate</w:t>
      </w:r>
    </w:p>
    <w:p>
      <w:r>
        <w:t>☐ Laser / Light Device Training</w:t>
      </w:r>
    </w:p>
    <w:p>
      <w:r>
        <w:t>☐ Advanced Dermal Training</w:t>
      </w:r>
    </w:p>
    <w:p>
      <w:r>
        <w:t>Other Certificates: __________________________</w:t>
      </w:r>
    </w:p>
    <w:p>
      <w:pPr>
        <w:pStyle w:val="Heading2"/>
      </w:pPr>
      <w:r>
        <w:t>Work Experience</w:t>
      </w:r>
    </w:p>
    <w:p>
      <w:r>
        <w:t>Years in Australian Beauty Industry: ☐ 1–2 ☐ 3–5 ☐ 5+</w:t>
      </w:r>
    </w:p>
    <w:p>
      <w:r>
        <w:t>Previous Clinic/Salon: __________________________</w:t>
      </w:r>
    </w:p>
    <w:p>
      <w:r>
        <w:t>Main Responsibilities: __________________________</w:t>
      </w:r>
    </w:p>
    <w:p>
      <w:pPr>
        <w:pStyle w:val="Heading2"/>
      </w:pPr>
      <w:r>
        <w:t>Treatment Skills</w:t>
      </w:r>
    </w:p>
    <w:p>
      <w:r>
        <w:t>☐ Basic Facial</w:t>
      </w:r>
    </w:p>
    <w:p>
      <w:r>
        <w:t>☐ Shoulder &amp; Neck Massage</w:t>
      </w:r>
    </w:p>
    <w:p>
      <w:r>
        <w:t>☐ Body Massage</w:t>
      </w:r>
    </w:p>
    <w:p>
      <w:r>
        <w:t>☐ Hair Removal</w:t>
      </w:r>
    </w:p>
    <w:p>
      <w:r>
        <w:t>☐ Skin Consultation</w:t>
      </w:r>
    </w:p>
    <w:p>
      <w:r>
        <w:t>☐ Advanced Skin Treatments</w:t>
      </w:r>
    </w:p>
    <w:p>
      <w:r>
        <w:t>☐ Energy-Based Devices</w:t>
      </w:r>
    </w:p>
    <w:p>
      <w:r>
        <w:t>Devices used: __________________________</w:t>
      </w:r>
    </w:p>
    <w:p>
      <w:pPr>
        <w:pStyle w:val="Heading2"/>
      </w:pPr>
      <w:r>
        <w:t>Sales Experience</w:t>
      </w:r>
    </w:p>
    <w:p>
      <w:r>
        <w:t>Average Monthly Sales: ☐ $5,000 ☐ $10,000 ☐ $15,000 ☐ $20,000+</w:t>
      </w:r>
    </w:p>
    <w:p>
      <w:pPr>
        <w:pStyle w:val="Heading2"/>
      </w:pPr>
      <w:r>
        <w:t>Social Media Skills</w:t>
      </w:r>
    </w:p>
    <w:p>
      <w:r>
        <w:t>☐ Instagram ☐ Xiaohongshu ☐ TikTok</w:t>
      </w:r>
    </w:p>
    <w:p>
      <w:r>
        <w:t>Can create skincare content: ☐ Yes ☐ No</w:t>
      </w:r>
    </w:p>
    <w:p>
      <w:pPr>
        <w:pStyle w:val="Heading2"/>
      </w:pPr>
      <w:r>
        <w:t>Personal Background</w:t>
      </w:r>
    </w:p>
    <w:p>
      <w:r>
        <w:t>Marital Status: ☐ Single ☐ Married ☐ Other</w:t>
      </w:r>
    </w:p>
    <w:p>
      <w:r>
        <w:t>Do you have children? ☐ Yes ☐ No</w:t>
      </w:r>
    </w:p>
    <w:p>
      <w:r>
        <w:t>If yes, children age: __________________________</w:t>
      </w:r>
    </w:p>
    <w:p>
      <w:r>
        <w:t>Star Sign: __________________________</w:t>
      </w:r>
    </w:p>
    <w:p>
      <w:r>
        <w:t>MBTI: __________________________</w:t>
      </w:r>
    </w:p>
    <w:p>
      <w:r>
        <w:t>Describe your personality: __________________________</w:t>
      </w:r>
    </w:p>
    <w:p>
      <w:pPr>
        <w:pStyle w:val="Heading2"/>
      </w:pPr>
      <w:r>
        <w:t>Declaration</w:t>
      </w:r>
    </w:p>
    <w:p>
      <w:r>
        <w:t>I confirm the information provided is true and accurate.</w:t>
      </w:r>
    </w:p>
    <w:p>
      <w:r>
        <w:t>Signature: __________________________</w:t>
      </w:r>
    </w:p>
    <w:p>
      <w:r>
        <w:t>Date: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